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FAC SIMILE - RICHIESTA ACCESSO ODONTOIATRIA SOCIALE</w:t>
      </w:r>
    </w:p>
    <w:p>
      <w:r>
        <w:t>Da inviare all’ASL competente o Distretto sanitario territoriale</w:t>
        <w:br/>
      </w:r>
    </w:p>
    <w:p>
      <w:r>
        <w:t>Mittente:</w:t>
        <w:br/>
        <w:t>[Nome e Cognome]</w:t>
        <w:br/>
        <w:t>[Indirizzo completo]</w:t>
        <w:br/>
        <w:t>[Codice Fiscale]</w:t>
        <w:br/>
        <w:t>[Telefono / Email / PEC]</w:t>
      </w:r>
    </w:p>
    <w:p>
      <w:r>
        <w:br/>
        <w:t>Destinatario:</w:t>
        <w:br/>
        <w:t>Alla cortese attenzione del</w:t>
        <w:br/>
        <w:t>Responsabile del Servizio Odontoiatria Sociale</w:t>
        <w:br/>
        <w:t>ASL [Indicare numero o nome della ASL]</w:t>
        <w:br/>
        <w:t>[PEC / indirizzo sede / Distretto sanitario]</w:t>
      </w:r>
    </w:p>
    <w:p>
      <w:r>
        <w:br/>
        <w:t>Oggetto: Richiesta di accesso al servizio di odontoiatria sociale – Art. 32 Cost. e Diritto alle cure essenziali</w:t>
      </w:r>
    </w:p>
    <w:p>
      <w:r>
        <w:br/>
        <w:t>Il/La sottoscritto/a [Nome e Cognome], nato/a a [luogo] il [data], residente in [indirizzo], chiede formalmente di poter accedere al servizio di odontoiatria sociale, previsto dalle normative regionali e nazionali a tutela dei cittadini in difficoltà economica, al fine di ricevere cure odontoiatriche essenziali a tariffe agevolate.</w:t>
        <w:br/>
        <w:br/>
        <w:t>Dichiara, in particolare:</w:t>
        <w:br/>
        <w:br/>
        <w:t>- Di trovarsi in condizioni economiche disagiate, come attestato da ISEE in corso di validità pari a euro [importo ISEE]</w:t>
        <w:br/>
        <w:t>- Di rientrare nelle categorie indicate dalle disposizioni regionali e ministeriali (es. disoccupato/a, pensionato/a, patologie croniche, famiglia monoreddito, ecc.)</w:t>
        <w:br/>
        <w:t>- Di necessitare di cure odontoiatriche urgenti o programmate non differibili</w:t>
        <w:br/>
        <w:br/>
        <w:t>Alla presente allega:</w:t>
        <w:br/>
        <w:t>1. Copia documento di identità</w:t>
        <w:br/>
        <w:t>2. Certificazione ISEE</w:t>
        <w:br/>
        <w:t>3. Eventuale documentazione medica attestante necessità di cure odontoiatriche</w:t>
        <w:br/>
        <w:t>4. [Eventuali altri documenti utili]</w:t>
        <w:br/>
        <w:br/>
        <w:t>Chiede, pertanto:</w:t>
        <w:br/>
        <w:t>- Di essere informato/a sulla disponibilità del servizio presso codesta ASL</w:t>
        <w:br/>
        <w:t>- Di ricevere un appuntamento per visita odontoiatrica sociale</w:t>
        <w:br/>
        <w:t>- Di conoscere i requisiti e le modalità di prenotazione, oltre all’eventuale tariffario agevolato</w:t>
        <w:br/>
        <w:br/>
        <w:t>Resto in attesa di un Vostro cortese riscontro nei termini previsti dalla normativa sul procedimento amministrativo (Legge 241/1990), e rimango a disposizione per ogni eventuale chiarimento o integrazione documentale.</w:t>
        <w:br/>
        <w:br/>
        <w:t>Distinti saluti</w:t>
        <w:br/>
        <w:br/>
        <w:t>[Luogo], [Data]</w:t>
        <w:br/>
        <w:br/>
        <w:t>Firma</w:t>
        <w:br/>
        <w:t>_________________________</w:t>
        <w:br/>
        <w:t>[Nome e Cognome]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